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A6898" w14:textId="77777777" w:rsidR="001F1205" w:rsidRDefault="00000000">
      <w:pPr>
        <w:jc w:val="center"/>
      </w:pPr>
      <w:r>
        <w:rPr>
          <w:b/>
          <w:sz w:val="20"/>
        </w:rPr>
        <w:t>Honors Chemistry — Choice Board Assignment</w:t>
      </w:r>
    </w:p>
    <w:p w14:paraId="53CB62FD" w14:textId="77777777" w:rsidR="001F1205" w:rsidRPr="0028440D" w:rsidRDefault="00000000">
      <w:pPr>
        <w:jc w:val="center"/>
        <w:rPr>
          <w:color w:val="1F497D" w:themeColor="text2"/>
        </w:rPr>
      </w:pPr>
      <w:r w:rsidRPr="0028440D">
        <w:rPr>
          <w:b/>
          <w:color w:val="1F497D" w:themeColor="text2"/>
          <w:sz w:val="34"/>
        </w:rPr>
        <w:t>Mole Stations: Counting and Weighing Particles</w:t>
      </w:r>
    </w:p>
    <w:p w14:paraId="57965C9F" w14:textId="64711321" w:rsidR="0028440D" w:rsidRPr="0028440D" w:rsidRDefault="0028440D" w:rsidP="0028440D">
      <w:pPr>
        <w:spacing w:line="360" w:lineRule="auto"/>
        <w:contextualSpacing/>
        <w:jc w:val="center"/>
        <w:rPr>
          <w:b/>
          <w:sz w:val="32"/>
          <w:szCs w:val="36"/>
        </w:rPr>
      </w:pPr>
      <w:r w:rsidRPr="00102F45">
        <w:rPr>
          <w:b/>
          <w:sz w:val="32"/>
          <w:szCs w:val="36"/>
        </w:rPr>
        <w:t xml:space="preserve">Area </w:t>
      </w:r>
      <w:r>
        <w:rPr>
          <w:b/>
          <w:sz w:val="32"/>
          <w:szCs w:val="36"/>
        </w:rPr>
        <w:t>3</w:t>
      </w:r>
      <w:r w:rsidRPr="00102F45">
        <w:rPr>
          <w:b/>
          <w:sz w:val="32"/>
          <w:szCs w:val="36"/>
        </w:rPr>
        <w:t xml:space="preserve"> Must Do — Option </w:t>
      </w:r>
      <w:r>
        <w:rPr>
          <w:b/>
          <w:sz w:val="32"/>
          <w:szCs w:val="36"/>
        </w:rPr>
        <w:t>A</w:t>
      </w:r>
      <w:r w:rsidRPr="00102F45">
        <w:rPr>
          <w:b/>
          <w:sz w:val="32"/>
          <w:szCs w:val="36"/>
        </w:rPr>
        <w:t xml:space="preserve">  </w:t>
      </w:r>
    </w:p>
    <w:p w14:paraId="3CA16099" w14:textId="7B7BCDE2" w:rsidR="001F1205" w:rsidRDefault="00000000">
      <w:pPr>
        <w:jc w:val="center"/>
      </w:pPr>
      <w:r>
        <w:rPr>
          <w:b/>
          <w:sz w:val="20"/>
        </w:rPr>
        <w:t>Standard SC.</w:t>
      </w:r>
      <w:proofErr w:type="gramStart"/>
      <w:r>
        <w:rPr>
          <w:b/>
          <w:sz w:val="20"/>
        </w:rPr>
        <w:t>912.P.</w:t>
      </w:r>
      <w:proofErr w:type="gramEnd"/>
      <w:r>
        <w:rPr>
          <w:b/>
          <w:sz w:val="20"/>
        </w:rPr>
        <w:t>12.</w:t>
      </w:r>
      <w:proofErr w:type="gramStart"/>
      <w:r>
        <w:rPr>
          <w:b/>
          <w:sz w:val="20"/>
        </w:rPr>
        <w:t>10  |</w:t>
      </w:r>
      <w:proofErr w:type="gramEnd"/>
      <w:r>
        <w:rPr>
          <w:b/>
          <w:sz w:val="20"/>
        </w:rPr>
        <w:t xml:space="preserve">  SC.</w:t>
      </w:r>
      <w:proofErr w:type="gramStart"/>
      <w:r>
        <w:rPr>
          <w:b/>
          <w:sz w:val="20"/>
        </w:rPr>
        <w:t>912.P.</w:t>
      </w:r>
      <w:proofErr w:type="gramEnd"/>
      <w:r>
        <w:rPr>
          <w:b/>
          <w:sz w:val="20"/>
        </w:rPr>
        <w:t>12.</w:t>
      </w:r>
      <w:proofErr w:type="gramStart"/>
      <w:r>
        <w:rPr>
          <w:b/>
          <w:sz w:val="20"/>
        </w:rPr>
        <w:t>11  •</w:t>
      </w:r>
      <w:proofErr w:type="gramEnd"/>
      <w:r>
        <w:rPr>
          <w:b/>
          <w:sz w:val="20"/>
        </w:rPr>
        <w:t xml:space="preserve">   Covers Level 3.0 Targets: SC.</w:t>
      </w:r>
      <w:proofErr w:type="gramStart"/>
      <w:r>
        <w:rPr>
          <w:b/>
          <w:sz w:val="20"/>
        </w:rPr>
        <w:t>912.P.</w:t>
      </w:r>
      <w:proofErr w:type="gramEnd"/>
      <w:r>
        <w:rPr>
          <w:b/>
          <w:sz w:val="20"/>
        </w:rPr>
        <w:t>12.10 T1, T2, T</w:t>
      </w:r>
      <w:proofErr w:type="gramStart"/>
      <w:r>
        <w:rPr>
          <w:b/>
          <w:sz w:val="20"/>
        </w:rPr>
        <w:t>3  •</w:t>
      </w:r>
      <w:proofErr w:type="gramEnd"/>
      <w:r>
        <w:rPr>
          <w:b/>
          <w:sz w:val="20"/>
        </w:rPr>
        <w:t xml:space="preserve">  SC.</w:t>
      </w:r>
      <w:proofErr w:type="gramStart"/>
      <w:r>
        <w:rPr>
          <w:b/>
          <w:sz w:val="20"/>
        </w:rPr>
        <w:t>912.P.</w:t>
      </w:r>
      <w:proofErr w:type="gramEnd"/>
      <w:r>
        <w:rPr>
          <w:b/>
          <w:sz w:val="20"/>
        </w:rPr>
        <w:t>12.11 T1</w:t>
      </w:r>
    </w:p>
    <w:tbl>
      <w:tblPr>
        <w:tblStyle w:val="TableGrid"/>
        <w:tblW w:w="0" w:type="auto"/>
        <w:tblLook w:val="04A0" w:firstRow="1" w:lastRow="0" w:firstColumn="1" w:lastColumn="0" w:noHBand="0" w:noVBand="1"/>
      </w:tblPr>
      <w:tblGrid>
        <w:gridCol w:w="2610"/>
        <w:gridCol w:w="2610"/>
        <w:gridCol w:w="2610"/>
        <w:gridCol w:w="2610"/>
      </w:tblGrid>
      <w:tr w:rsidR="0028440D" w14:paraId="2F055E7B" w14:textId="77777777" w:rsidTr="00E26474">
        <w:tc>
          <w:tcPr>
            <w:tcW w:w="2610" w:type="dxa"/>
            <w:shd w:val="clear" w:color="auto" w:fill="F2F2F2"/>
            <w:tcMar>
              <w:top w:w="80" w:type="dxa"/>
              <w:left w:w="100" w:type="dxa"/>
              <w:bottom w:w="80" w:type="dxa"/>
              <w:right w:w="100" w:type="dxa"/>
            </w:tcMar>
          </w:tcPr>
          <w:p w14:paraId="3AD70833" w14:textId="77777777" w:rsidR="0028440D" w:rsidRPr="00F910CE" w:rsidRDefault="0028440D" w:rsidP="00E26474">
            <w:pPr>
              <w:rPr>
                <w:sz w:val="24"/>
                <w:szCs w:val="32"/>
              </w:rPr>
            </w:pPr>
            <w:r w:rsidRPr="00F910CE">
              <w:rPr>
                <w:b/>
                <w:sz w:val="24"/>
                <w:szCs w:val="32"/>
              </w:rPr>
              <w:t>Name:</w:t>
            </w:r>
          </w:p>
        </w:tc>
        <w:tc>
          <w:tcPr>
            <w:tcW w:w="2610" w:type="dxa"/>
            <w:shd w:val="clear" w:color="auto" w:fill="F2F2F2"/>
            <w:tcMar>
              <w:top w:w="80" w:type="dxa"/>
              <w:left w:w="100" w:type="dxa"/>
              <w:bottom w:w="80" w:type="dxa"/>
              <w:right w:w="100" w:type="dxa"/>
            </w:tcMar>
          </w:tcPr>
          <w:p w14:paraId="6662677D" w14:textId="77777777" w:rsidR="0028440D" w:rsidRPr="00F910CE" w:rsidRDefault="0028440D" w:rsidP="00E26474">
            <w:pPr>
              <w:rPr>
                <w:sz w:val="24"/>
                <w:szCs w:val="32"/>
              </w:rPr>
            </w:pPr>
            <w:r w:rsidRPr="00F910CE">
              <w:rPr>
                <w:b/>
                <w:sz w:val="24"/>
                <w:szCs w:val="32"/>
              </w:rPr>
              <w:t>Date:</w:t>
            </w:r>
          </w:p>
        </w:tc>
        <w:tc>
          <w:tcPr>
            <w:tcW w:w="2610" w:type="dxa"/>
            <w:shd w:val="clear" w:color="auto" w:fill="F2F2F2"/>
            <w:tcMar>
              <w:top w:w="80" w:type="dxa"/>
              <w:left w:w="100" w:type="dxa"/>
              <w:bottom w:w="80" w:type="dxa"/>
              <w:right w:w="100" w:type="dxa"/>
            </w:tcMar>
          </w:tcPr>
          <w:p w14:paraId="682913E1" w14:textId="77777777" w:rsidR="0028440D" w:rsidRPr="00F910CE" w:rsidRDefault="0028440D" w:rsidP="00E26474">
            <w:pPr>
              <w:rPr>
                <w:sz w:val="24"/>
                <w:szCs w:val="32"/>
              </w:rPr>
            </w:pPr>
            <w:r w:rsidRPr="00F910CE">
              <w:rPr>
                <w:b/>
                <w:sz w:val="24"/>
                <w:szCs w:val="32"/>
              </w:rPr>
              <w:t>Period:</w:t>
            </w:r>
          </w:p>
        </w:tc>
        <w:tc>
          <w:tcPr>
            <w:tcW w:w="2610" w:type="dxa"/>
            <w:shd w:val="clear" w:color="auto" w:fill="F2F2F2"/>
            <w:tcMar>
              <w:top w:w="80" w:type="dxa"/>
              <w:left w:w="100" w:type="dxa"/>
              <w:bottom w:w="80" w:type="dxa"/>
              <w:right w:w="100" w:type="dxa"/>
            </w:tcMar>
          </w:tcPr>
          <w:p w14:paraId="0AEC870B" w14:textId="77777777" w:rsidR="0028440D" w:rsidRPr="00F910CE" w:rsidRDefault="0028440D" w:rsidP="00E26474">
            <w:pPr>
              <w:rPr>
                <w:sz w:val="24"/>
                <w:szCs w:val="32"/>
              </w:rPr>
            </w:pPr>
            <w:r w:rsidRPr="00F910CE">
              <w:rPr>
                <w:b/>
                <w:sz w:val="24"/>
                <w:szCs w:val="32"/>
              </w:rPr>
              <w:t>Choice Board Tier:</w:t>
            </w:r>
          </w:p>
        </w:tc>
      </w:tr>
      <w:tr w:rsidR="0028440D" w14:paraId="2CB25667" w14:textId="77777777" w:rsidTr="00E26474">
        <w:tc>
          <w:tcPr>
            <w:tcW w:w="2610" w:type="dxa"/>
            <w:tcMar>
              <w:top w:w="80" w:type="dxa"/>
              <w:left w:w="100" w:type="dxa"/>
              <w:bottom w:w="80" w:type="dxa"/>
              <w:right w:w="100" w:type="dxa"/>
            </w:tcMar>
          </w:tcPr>
          <w:p w14:paraId="7C0651F9" w14:textId="77777777" w:rsidR="0028440D" w:rsidRPr="00F910CE" w:rsidRDefault="0028440D" w:rsidP="00E26474">
            <w:pPr>
              <w:rPr>
                <w:sz w:val="24"/>
                <w:szCs w:val="32"/>
              </w:rPr>
            </w:pPr>
          </w:p>
        </w:tc>
        <w:tc>
          <w:tcPr>
            <w:tcW w:w="2610" w:type="dxa"/>
            <w:tcMar>
              <w:top w:w="80" w:type="dxa"/>
              <w:left w:w="100" w:type="dxa"/>
              <w:bottom w:w="80" w:type="dxa"/>
              <w:right w:w="100" w:type="dxa"/>
            </w:tcMar>
          </w:tcPr>
          <w:p w14:paraId="1983ADA1" w14:textId="77777777" w:rsidR="0028440D" w:rsidRPr="00F910CE" w:rsidRDefault="0028440D" w:rsidP="00E26474">
            <w:pPr>
              <w:rPr>
                <w:sz w:val="24"/>
                <w:szCs w:val="32"/>
              </w:rPr>
            </w:pPr>
          </w:p>
        </w:tc>
        <w:tc>
          <w:tcPr>
            <w:tcW w:w="2610" w:type="dxa"/>
            <w:tcMar>
              <w:top w:w="80" w:type="dxa"/>
              <w:left w:w="100" w:type="dxa"/>
              <w:bottom w:w="80" w:type="dxa"/>
              <w:right w:w="100" w:type="dxa"/>
            </w:tcMar>
          </w:tcPr>
          <w:p w14:paraId="6BA8A9D1" w14:textId="77777777" w:rsidR="0028440D" w:rsidRPr="00F910CE" w:rsidRDefault="0028440D" w:rsidP="00E26474">
            <w:pPr>
              <w:rPr>
                <w:sz w:val="24"/>
                <w:szCs w:val="32"/>
              </w:rPr>
            </w:pPr>
          </w:p>
        </w:tc>
        <w:tc>
          <w:tcPr>
            <w:tcW w:w="2610" w:type="dxa"/>
            <w:tcMar>
              <w:top w:w="80" w:type="dxa"/>
              <w:left w:w="100" w:type="dxa"/>
              <w:bottom w:w="80" w:type="dxa"/>
              <w:right w:w="100" w:type="dxa"/>
            </w:tcMar>
          </w:tcPr>
          <w:p w14:paraId="408796D6" w14:textId="77777777" w:rsidR="0028440D" w:rsidRPr="00F910CE" w:rsidRDefault="0028440D" w:rsidP="00E26474">
            <w:pPr>
              <w:rPr>
                <w:sz w:val="24"/>
                <w:szCs w:val="32"/>
              </w:rPr>
            </w:pPr>
            <w:r w:rsidRPr="00F910CE">
              <w:rPr>
                <w:sz w:val="24"/>
                <w:szCs w:val="32"/>
              </w:rPr>
              <w:t>MUST DO</w:t>
            </w:r>
          </w:p>
        </w:tc>
      </w:tr>
    </w:tbl>
    <w:p w14:paraId="145B599F" w14:textId="77777777" w:rsidR="0028440D" w:rsidRDefault="0028440D" w:rsidP="0028440D">
      <w:pPr>
        <w:spacing w:line="240" w:lineRule="auto"/>
        <w:contextualSpacing/>
        <w:rPr>
          <w:b/>
        </w:rPr>
      </w:pPr>
    </w:p>
    <w:p w14:paraId="2371A079" w14:textId="034F4D76" w:rsidR="001F1205" w:rsidRPr="0028440D" w:rsidRDefault="00000000" w:rsidP="0028440D">
      <w:pPr>
        <w:spacing w:line="240" w:lineRule="auto"/>
        <w:contextualSpacing/>
        <w:rPr>
          <w:sz w:val="24"/>
          <w:szCs w:val="28"/>
        </w:rPr>
      </w:pPr>
      <w:r w:rsidRPr="0028440D">
        <w:rPr>
          <w:b/>
          <w:sz w:val="24"/>
          <w:szCs w:val="28"/>
        </w:rPr>
        <w:t>The Scenario</w:t>
      </w:r>
    </w:p>
    <w:p w14:paraId="20AA1079" w14:textId="60F7CC73" w:rsidR="001F1205" w:rsidRDefault="00000000">
      <w:r>
        <w:t>You are a lab technician at a pharmaceutical company. Five HANDS-ON stations each present a real substance with data to measure: Station 1 weighs table salt (NaCl), Station 2 weighs table sugar (sucrose), Station 3 measures the chalk you write with (CaCO₃), Station 4 reads the volume tag on an inflated balloon, and Station 5 weighs two “mystery powders” (X = NaHCO₃, Y = sucrose). At every station, measure and record the data, then convert using the mole concept, molar mass, Avogadro’s number, and gas volume at STP (22.7 L/mol) — every conversion goes through the mole, the hub of the mole map. Station 5 ends with a balanced equation and a mass check to verify Conservation of Mass. Show your work at every step.</w:t>
      </w:r>
    </w:p>
    <w:p w14:paraId="3746AE33" w14:textId="77777777" w:rsidR="001F1205" w:rsidRDefault="00000000">
      <w:r>
        <w:rPr>
          <w:rFonts w:cs="Calibri"/>
          <w:szCs w:val="21"/>
        </w:rPr>
        <w:t xml:space="preserve">How to </w:t>
      </w:r>
      <w:proofErr w:type="gramStart"/>
      <w:r>
        <w:rPr>
          <w:rFonts w:cs="Calibri"/>
          <w:szCs w:val="21"/>
        </w:rPr>
        <w:t>work</w:t>
      </w:r>
      <w:proofErr w:type="gramEnd"/>
      <w:r>
        <w:rPr>
          <w:rFonts w:cs="Calibri"/>
          <w:szCs w:val="21"/>
        </w:rPr>
        <w:t xml:space="preserve"> a station: DO the numbered steps, RECORD each measured value in the station data table, then CONVERT using the formulas the steps give you. Work the stations in order and show every calculation in your notebook.</w:t>
      </w:r>
    </w:p>
    <w:p w14:paraId="2D95B5DE" w14:textId="77777777" w:rsidR="001F1205" w:rsidRPr="0028440D" w:rsidRDefault="00000000">
      <w:pPr>
        <w:rPr>
          <w:sz w:val="20"/>
        </w:rPr>
      </w:pPr>
      <w:r w:rsidRPr="0028440D">
        <w:rPr>
          <w:b/>
          <w:sz w:val="24"/>
        </w:rPr>
        <w:t>Station 1 — From Grams to Moles (Sodium Chloride)   (Target SC.912.P.12.10 T2)</w:t>
      </w:r>
    </w:p>
    <w:p w14:paraId="636EC93B" w14:textId="77777777" w:rsidR="001F1205" w:rsidRDefault="00000000">
      <w:r>
        <w:rPr>
          <w:rFonts w:cs="Calibri"/>
          <w:b/>
          <w:bCs/>
          <w:szCs w:val="21"/>
        </w:rPr>
        <w:t>1.  GOGGLES ON.</w:t>
      </w:r>
      <w:r>
        <w:rPr>
          <w:rFonts w:cs="Calibri"/>
          <w:szCs w:val="21"/>
        </w:rPr>
        <w:t>Record your sample's letter (A, B, or C) in the data table next to your mass.</w:t>
      </w:r>
    </w:p>
    <w:p w14:paraId="2C2AD67E" w14:textId="77777777" w:rsidR="001F1205" w:rsidRDefault="00000000">
      <w:r>
        <w:rPr>
          <w:rFonts w:cs="Calibri"/>
          <w:b/>
          <w:bCs/>
          <w:szCs w:val="21"/>
        </w:rPr>
        <w:t>2.  TARE THE BALANCE.</w:t>
      </w:r>
      <w:r>
        <w:rPr>
          <w:rFonts w:cs="Calibri"/>
          <w:szCs w:val="21"/>
        </w:rPr>
        <w:t>Place an empty weigh boat on the balance and press the zero/tare button until the display reads 0.00 g.</w:t>
      </w:r>
    </w:p>
    <w:p w14:paraId="0273757F" w14:textId="77777777" w:rsidR="001F1205" w:rsidRDefault="00000000">
      <w:r>
        <w:rPr>
          <w:rFonts w:cs="Calibri"/>
          <w:b/>
          <w:bCs/>
          <w:szCs w:val="21"/>
        </w:rPr>
        <w:t>3.  TRANSFER.</w:t>
      </w:r>
      <w:r>
        <w:rPr>
          <w:rFonts w:cs="Calibri"/>
          <w:szCs w:val="21"/>
        </w:rPr>
        <w:t>Pour the sodium chloride sample from your labeled cup into the weigh boat. Pour carefully so none spills.</w:t>
      </w:r>
    </w:p>
    <w:p w14:paraId="226F34D2" w14:textId="77777777" w:rsidR="001F1205" w:rsidRDefault="00000000">
      <w:r>
        <w:rPr>
          <w:rFonts w:cs="Calibri"/>
          <w:b/>
          <w:bCs/>
          <w:szCs w:val="21"/>
        </w:rPr>
        <w:t>4.  RECORD THE MASS.</w:t>
      </w:r>
      <w:r>
        <w:rPr>
          <w:rFonts w:cs="Calibri"/>
          <w:szCs w:val="21"/>
        </w:rPr>
        <w:t>Copy every digit the display shows into the data table (sample data: 25.0 g). This is YOUR mass.</w:t>
      </w:r>
    </w:p>
    <w:p w14:paraId="7C731F84" w14:textId="5D26059A" w:rsidR="001F1205" w:rsidRDefault="00000000">
      <w:r>
        <w:rPr>
          <w:rFonts w:cs="Calibri"/>
          <w:b/>
          <w:bCs/>
          <w:szCs w:val="21"/>
        </w:rPr>
        <w:t>5.  CONVERT TO MOLES.</w:t>
      </w:r>
      <w:r>
        <w:rPr>
          <w:rFonts w:cs="Calibri"/>
          <w:szCs w:val="21"/>
        </w:rPr>
        <w:t xml:space="preserve">moles = mass (g) ÷ molar mass (g/mol). NaCl has molar mass 58.44 g/mol, so divide YOUR measured grams by 58.44. Write the setup and your answer </w:t>
      </w:r>
      <w:proofErr w:type="gramStart"/>
      <w:r>
        <w:rPr>
          <w:rFonts w:cs="Calibri"/>
          <w:szCs w:val="21"/>
        </w:rPr>
        <w:t>in</w:t>
      </w:r>
      <w:proofErr w:type="gramEnd"/>
      <w:r>
        <w:rPr>
          <w:rFonts w:cs="Calibri"/>
          <w:szCs w:val="21"/>
        </w:rPr>
        <w:t xml:space="preserve"> the data table.</w:t>
      </w:r>
    </w:p>
    <w:p w14:paraId="678CF5E0" w14:textId="77777777" w:rsidR="001F1205" w:rsidRDefault="00000000">
      <w:r>
        <w:rPr>
          <w:b/>
          <w:sz w:val="24"/>
        </w:rPr>
        <w:t>Station 2 — From Moles to Particles (</w:t>
      </w:r>
      <w:proofErr w:type="gramStart"/>
      <w:r>
        <w:rPr>
          <w:b/>
          <w:sz w:val="24"/>
        </w:rPr>
        <w:t xml:space="preserve">Sucrose)   </w:t>
      </w:r>
      <w:proofErr w:type="gramEnd"/>
      <w:r>
        <w:rPr>
          <w:b/>
          <w:sz w:val="24"/>
        </w:rPr>
        <w:t>(Targets SC.</w:t>
      </w:r>
      <w:proofErr w:type="gramStart"/>
      <w:r>
        <w:rPr>
          <w:b/>
          <w:sz w:val="24"/>
        </w:rPr>
        <w:t>912.P.</w:t>
      </w:r>
      <w:proofErr w:type="gramEnd"/>
      <w:r>
        <w:rPr>
          <w:b/>
          <w:sz w:val="24"/>
        </w:rPr>
        <w:t>12.10 T1, T2)</w:t>
      </w:r>
    </w:p>
    <w:p w14:paraId="25C17402" w14:textId="77777777" w:rsidR="001F1205" w:rsidRDefault="00000000">
      <w:r>
        <w:rPr>
          <w:rFonts w:cs="Calibri"/>
          <w:b/>
          <w:bCs/>
          <w:szCs w:val="21"/>
        </w:rPr>
        <w:t>1.  WEIGH THE SUCROSE.</w:t>
      </w:r>
      <w:r>
        <w:rPr>
          <w:rFonts w:cs="Calibri"/>
          <w:szCs w:val="21"/>
        </w:rPr>
        <w:t>Tare an empty weigh boat (zero it to 0.00 g), put your sucrose sample (table sugar) in it, and record the mass (sample data: 17.1 g). Sucrose is C₁₂H₂₂O₁₁, molar mass 342.30 g/mol.</w:t>
      </w:r>
    </w:p>
    <w:p w14:paraId="098C3E35" w14:textId="77777777" w:rsidR="001F1205" w:rsidRDefault="00000000">
      <w:r>
        <w:rPr>
          <w:rFonts w:cs="Calibri"/>
          <w:b/>
          <w:bCs/>
          <w:szCs w:val="21"/>
        </w:rPr>
        <w:t>2.  CONVERT MASS TO MOLES.</w:t>
      </w:r>
      <w:r>
        <w:rPr>
          <w:rFonts w:cs="Calibri"/>
          <w:szCs w:val="21"/>
        </w:rPr>
        <w:t>moles = YOUR measured grams ÷ 342.30 g/mol.</w:t>
      </w:r>
    </w:p>
    <w:p w14:paraId="643B23AF" w14:textId="77777777" w:rsidR="001F1205" w:rsidRDefault="00000000">
      <w:r>
        <w:rPr>
          <w:rFonts w:cs="Calibri"/>
          <w:b/>
          <w:bCs/>
          <w:szCs w:val="21"/>
        </w:rPr>
        <w:t>3.  CONVERT MOLES TO MOLECULES.</w:t>
      </w:r>
      <w:r>
        <w:rPr>
          <w:rFonts w:cs="Calibri"/>
          <w:szCs w:val="21"/>
        </w:rPr>
        <w:t>number of molecules = moles × 6.022 × 10²³.</w:t>
      </w:r>
    </w:p>
    <w:p w14:paraId="4BD4E5C3" w14:textId="77777777" w:rsidR="001F1205" w:rsidRDefault="00000000">
      <w:r>
        <w:rPr>
          <w:rFonts w:cs="Calibri"/>
          <w:b/>
          <w:bCs/>
          <w:szCs w:val="21"/>
        </w:rPr>
        <w:t>4.  CONVERT MOLECULES TO ATOMS.</w:t>
      </w:r>
      <w:r>
        <w:rPr>
          <w:rFonts w:cs="Calibri"/>
          <w:szCs w:val="21"/>
        </w:rPr>
        <w:t>each sucrose molecule contains 45 atoms, so total atoms = number of molecules × 45.</w:t>
      </w:r>
    </w:p>
    <w:p w14:paraId="417F46FA" w14:textId="77777777" w:rsidR="001F1205" w:rsidRDefault="00000000">
      <w:r>
        <w:rPr>
          <w:rFonts w:cs="Calibri"/>
          <w:b/>
          <w:bCs/>
          <w:szCs w:val="21"/>
        </w:rPr>
        <w:t>5.  RECORD ALL THREE.</w:t>
      </w:r>
      <w:r>
        <w:rPr>
          <w:rFonts w:cs="Calibri"/>
          <w:szCs w:val="21"/>
        </w:rPr>
        <w:t>Write moles, number of molecules, and total number of atoms in the data table — do not stop at mol.</w:t>
      </w:r>
    </w:p>
    <w:p w14:paraId="10A459AF" w14:textId="77777777" w:rsidR="001F1205" w:rsidRDefault="00000000">
      <w:r>
        <w:rPr>
          <w:b/>
          <w:sz w:val="24"/>
        </w:rPr>
        <w:lastRenderedPageBreak/>
        <w:t xml:space="preserve">Station 3 — From the Chalk You Used (Calcium </w:t>
      </w:r>
      <w:proofErr w:type="gramStart"/>
      <w:r>
        <w:rPr>
          <w:b/>
          <w:sz w:val="24"/>
        </w:rPr>
        <w:t xml:space="preserve">Carbonate)   </w:t>
      </w:r>
      <w:proofErr w:type="gramEnd"/>
      <w:r>
        <w:rPr>
          <w:b/>
          <w:sz w:val="24"/>
        </w:rPr>
        <w:t>(Targets SC.</w:t>
      </w:r>
      <w:proofErr w:type="gramStart"/>
      <w:r>
        <w:rPr>
          <w:b/>
          <w:sz w:val="24"/>
        </w:rPr>
        <w:t>912.P.</w:t>
      </w:r>
      <w:proofErr w:type="gramEnd"/>
      <w:r>
        <w:rPr>
          <w:b/>
          <w:sz w:val="24"/>
        </w:rPr>
        <w:t>12.10 T1, T2)</w:t>
      </w:r>
    </w:p>
    <w:p w14:paraId="0C1146EC" w14:textId="77777777" w:rsidR="001F1205" w:rsidRDefault="00000000">
      <w:r>
        <w:rPr>
          <w:rFonts w:cs="Calibri"/>
          <w:b/>
          <w:bCs/>
          <w:szCs w:val="21"/>
        </w:rPr>
        <w:t>1.  WEIGH THE CHALK BEFORE.</w:t>
      </w:r>
      <w:r>
        <w:rPr>
          <w:rFonts w:cs="Calibri"/>
          <w:szCs w:val="21"/>
        </w:rPr>
        <w:t>Put a piece of sidewalk chalk on the balance and record its mass in the data table (this is the BEFORE mass).</w:t>
      </w:r>
    </w:p>
    <w:p w14:paraId="0DDA95FE" w14:textId="77777777" w:rsidR="001F1205" w:rsidRDefault="00000000">
      <w:r>
        <w:rPr>
          <w:rFonts w:cs="Calibri"/>
          <w:b/>
          <w:bCs/>
          <w:szCs w:val="21"/>
        </w:rPr>
        <w:t>2.  WRITE YOUR NAME.</w:t>
      </w:r>
      <w:r>
        <w:rPr>
          <w:rFonts w:cs="Calibri"/>
          <w:szCs w:val="21"/>
        </w:rPr>
        <w:t>Write your full first AND last name in large letters on the chalkboard slate (or a piece of dark paper).</w:t>
      </w:r>
    </w:p>
    <w:p w14:paraId="15B8E4FA" w14:textId="77777777" w:rsidR="001F1205" w:rsidRDefault="00000000">
      <w:r>
        <w:rPr>
          <w:rFonts w:cs="Calibri"/>
          <w:b/>
          <w:bCs/>
          <w:szCs w:val="21"/>
        </w:rPr>
        <w:t>3.  RE-WEIGH THE CHALK AFTER.</w:t>
      </w:r>
      <w:r>
        <w:rPr>
          <w:rFonts w:cs="Calibri"/>
          <w:szCs w:val="21"/>
        </w:rPr>
        <w:t>Weigh the SAME piece of chalk again and record the AFTER mass.</w:t>
      </w:r>
    </w:p>
    <w:p w14:paraId="71350B08" w14:textId="77777777" w:rsidR="001F1205" w:rsidRDefault="00000000">
      <w:r>
        <w:rPr>
          <w:rFonts w:cs="Calibri"/>
          <w:b/>
          <w:bCs/>
          <w:szCs w:val="21"/>
        </w:rPr>
        <w:t>4.  SUBTRACT TO FIND CHALK USED.</w:t>
      </w:r>
      <w:r>
        <w:rPr>
          <w:rFonts w:cs="Calibri"/>
          <w:szCs w:val="21"/>
        </w:rPr>
        <w:t>chalk used = mass BEFORE − mass AFTER. This drop is the chalk your writing used up (sample data: 0.50 g). Assume it is 100% CaCO₃, molar mass 100.09 g/mol.</w:t>
      </w:r>
    </w:p>
    <w:p w14:paraId="49A4A3F5" w14:textId="16B1D81D" w:rsidR="001F1205" w:rsidRDefault="00000000">
      <w:r>
        <w:rPr>
          <w:rFonts w:cs="Calibri"/>
          <w:b/>
          <w:bCs/>
          <w:szCs w:val="21"/>
        </w:rPr>
        <w:t>5.  CONVERT TO FORMULA UNITS.</w:t>
      </w:r>
      <w:r>
        <w:rPr>
          <w:rFonts w:cs="Calibri"/>
          <w:szCs w:val="21"/>
        </w:rPr>
        <w:t>moles = chalk used (g) ÷ 100.09 g/mol; then formula units = moles × 6.022 × 10²³. Record both.</w:t>
      </w:r>
    </w:p>
    <w:p w14:paraId="4C32D58E" w14:textId="77777777" w:rsidR="001F1205" w:rsidRDefault="00000000">
      <w:r>
        <w:rPr>
          <w:b/>
          <w:sz w:val="24"/>
        </w:rPr>
        <w:t>Station 4 — The Gas in the Balloon: Volume to Particles at STP</w:t>
      </w:r>
      <w:proofErr w:type="gramStart"/>
      <w:r>
        <w:rPr>
          <w:b/>
          <w:sz w:val="24"/>
        </w:rPr>
        <w:t xml:space="preserve">   (</w:t>
      </w:r>
      <w:proofErr w:type="gramEnd"/>
      <w:r>
        <w:rPr>
          <w:b/>
          <w:sz w:val="24"/>
        </w:rPr>
        <w:t>Targets SC.</w:t>
      </w:r>
      <w:proofErr w:type="gramStart"/>
      <w:r>
        <w:rPr>
          <w:b/>
          <w:sz w:val="24"/>
        </w:rPr>
        <w:t>912.P.</w:t>
      </w:r>
      <w:proofErr w:type="gramEnd"/>
      <w:r>
        <w:rPr>
          <w:b/>
          <w:sz w:val="24"/>
        </w:rPr>
        <w:t>12.10 T3, T1)</w:t>
      </w:r>
    </w:p>
    <w:p w14:paraId="55378379" w14:textId="77777777" w:rsidR="001F1205" w:rsidRDefault="00000000">
      <w:r>
        <w:rPr>
          <w:rFonts w:cs="Calibri"/>
          <w:b/>
          <w:bCs/>
          <w:szCs w:val="21"/>
        </w:rPr>
        <w:t>1.  READ THE BALLOON TAG.</w:t>
      </w:r>
      <w:r>
        <w:rPr>
          <w:rFonts w:cs="Calibri"/>
          <w:szCs w:val="21"/>
        </w:rPr>
        <w:t>Look at the tag on your inflated balloon and record the volume printed on it (0.50 L or 1.25 L; sample data: 1.25 L).</w:t>
      </w:r>
    </w:p>
    <w:p w14:paraId="4DBB9F75" w14:textId="77777777" w:rsidR="001F1205" w:rsidRDefault="00000000">
      <w:r>
        <w:rPr>
          <w:rFonts w:cs="Calibri"/>
          <w:b/>
          <w:bCs/>
          <w:szCs w:val="21"/>
        </w:rPr>
        <w:t>2.  CONVERT VOLUME TO MOLES.</w:t>
      </w:r>
      <w:r>
        <w:rPr>
          <w:rFonts w:cs="Calibri"/>
          <w:szCs w:val="21"/>
        </w:rPr>
        <w:t>at STP one mole of ANY gas fills exactly 22.7 L, so moles = YOUR measured liters ÷ 22.7 L/mol.</w:t>
      </w:r>
    </w:p>
    <w:p w14:paraId="31E137ED" w14:textId="77777777" w:rsidR="001F1205" w:rsidRDefault="00000000">
      <w:r>
        <w:rPr>
          <w:rFonts w:cs="Calibri"/>
          <w:b/>
          <w:bCs/>
          <w:szCs w:val="21"/>
        </w:rPr>
        <w:t>3.  CONVERT MOLES TO MOLECULES.</w:t>
      </w:r>
      <w:r>
        <w:rPr>
          <w:rFonts w:cs="Calibri"/>
          <w:szCs w:val="21"/>
        </w:rPr>
        <w:t>number of gas molecules = moles × 6.022 × 10²³.</w:t>
      </w:r>
    </w:p>
    <w:p w14:paraId="282B5292" w14:textId="77777777" w:rsidR="001F1205" w:rsidRDefault="00000000">
      <w:r>
        <w:rPr>
          <w:rFonts w:cs="Calibri"/>
          <w:b/>
          <w:bCs/>
          <w:szCs w:val="21"/>
        </w:rPr>
        <w:t>4.  OPTIONAL: FIND THE MASS.</w:t>
      </w:r>
      <w:r>
        <w:rPr>
          <w:rFonts w:cs="Calibri"/>
          <w:szCs w:val="21"/>
        </w:rPr>
        <w:t>Only if your teacher assigns it: treat the gas as nitrogen (N₂, molar mass 28.02 g/mol) and find mass = moles × 28.02 g/mol.</w:t>
      </w:r>
    </w:p>
    <w:p w14:paraId="4E35689B" w14:textId="3FBC8AFB" w:rsidR="001F1205" w:rsidRDefault="00000000">
      <w:r>
        <w:rPr>
          <w:rFonts w:cs="Calibri"/>
          <w:b/>
          <w:bCs/>
          <w:szCs w:val="21"/>
        </w:rPr>
        <w:t>5</w:t>
      </w:r>
      <w:proofErr w:type="gramStart"/>
      <w:r>
        <w:rPr>
          <w:rFonts w:cs="Calibri"/>
          <w:b/>
          <w:bCs/>
          <w:szCs w:val="21"/>
        </w:rPr>
        <w:t>.  RECORD.</w:t>
      </w:r>
      <w:r>
        <w:rPr>
          <w:rFonts w:cs="Calibri"/>
          <w:szCs w:val="21"/>
        </w:rPr>
        <w:t>Write</w:t>
      </w:r>
      <w:proofErr w:type="gramEnd"/>
      <w:r>
        <w:rPr>
          <w:rFonts w:cs="Calibri"/>
          <w:szCs w:val="21"/>
        </w:rPr>
        <w:t xml:space="preserve"> liters, moles, and molecules (plus mass if assigned) </w:t>
      </w:r>
      <w:proofErr w:type="gramStart"/>
      <w:r>
        <w:rPr>
          <w:rFonts w:cs="Calibri"/>
          <w:szCs w:val="21"/>
        </w:rPr>
        <w:t>in</w:t>
      </w:r>
      <w:proofErr w:type="gramEnd"/>
      <w:r>
        <w:rPr>
          <w:rFonts w:cs="Calibri"/>
          <w:szCs w:val="21"/>
        </w:rPr>
        <w:t xml:space="preserve"> the data table.</w:t>
      </w:r>
    </w:p>
    <w:p w14:paraId="71FAD70D" w14:textId="77777777" w:rsidR="001F1205" w:rsidRDefault="00000000">
      <w:r>
        <w:rPr>
          <w:b/>
          <w:sz w:val="24"/>
        </w:rPr>
        <w:t>Station 5 — The Mystery Powders &amp; Conservation of Mass</w:t>
      </w:r>
      <w:proofErr w:type="gramStart"/>
      <w:r>
        <w:rPr>
          <w:b/>
          <w:sz w:val="24"/>
        </w:rPr>
        <w:t xml:space="preserve">   (</w:t>
      </w:r>
      <w:proofErr w:type="gramEnd"/>
      <w:r>
        <w:rPr>
          <w:b/>
          <w:sz w:val="24"/>
        </w:rPr>
        <w:t>Targets SC.</w:t>
      </w:r>
      <w:proofErr w:type="gramStart"/>
      <w:r>
        <w:rPr>
          <w:b/>
          <w:sz w:val="24"/>
        </w:rPr>
        <w:t>912.P.</w:t>
      </w:r>
      <w:proofErr w:type="gramEnd"/>
      <w:r>
        <w:rPr>
          <w:b/>
          <w:sz w:val="24"/>
        </w:rPr>
        <w:t>12.10 T2, SC.</w:t>
      </w:r>
      <w:proofErr w:type="gramStart"/>
      <w:r>
        <w:rPr>
          <w:b/>
          <w:sz w:val="24"/>
        </w:rPr>
        <w:t>912.P.</w:t>
      </w:r>
      <w:proofErr w:type="gramEnd"/>
      <w:r>
        <w:rPr>
          <w:b/>
          <w:sz w:val="24"/>
        </w:rPr>
        <w:t>12.11 T1)</w:t>
      </w:r>
    </w:p>
    <w:p w14:paraId="3F18F845" w14:textId="77777777" w:rsidR="001F1205" w:rsidRDefault="00000000">
      <w:r>
        <w:rPr>
          <w:rFonts w:cs="Calibri"/>
          <w:b/>
          <w:bCs/>
          <w:szCs w:val="21"/>
        </w:rPr>
        <w:t>1.  CONSERVATION CHECK — WEIGH X.</w:t>
      </w:r>
      <w:r>
        <w:rPr>
          <w:rFonts w:cs="Calibri"/>
          <w:szCs w:val="21"/>
        </w:rPr>
        <w:t>Weigh Mystery Powder X (NaHCO₃) in its cup WITH THE LID ON; record this as the cup's mass BEFORE.</w:t>
      </w:r>
    </w:p>
    <w:p w14:paraId="3BF9544C" w14:textId="77777777" w:rsidR="001F1205" w:rsidRDefault="00000000">
      <w:r>
        <w:rPr>
          <w:rFonts w:cs="Calibri"/>
          <w:b/>
          <w:bCs/>
          <w:szCs w:val="21"/>
        </w:rPr>
        <w:t>2.  SCOOP OUT 10.0 g.</w:t>
      </w:r>
      <w:r>
        <w:rPr>
          <w:rFonts w:cs="Calibri"/>
          <w:szCs w:val="21"/>
        </w:rPr>
        <w:t>Tare a weigh boat, then scoop about 10.0 g of X into it. Set the weigh boat aside.</w:t>
      </w:r>
    </w:p>
    <w:p w14:paraId="6723AA4B" w14:textId="77777777" w:rsidR="001F1205" w:rsidRDefault="00000000">
      <w:r>
        <w:rPr>
          <w:rFonts w:cs="Calibri"/>
          <w:b/>
          <w:bCs/>
          <w:szCs w:val="21"/>
        </w:rPr>
        <w:t>3.  RE-WEIGH THE CUP AFTER.</w:t>
      </w:r>
      <w:r>
        <w:rPr>
          <w:rFonts w:cs="Calibri"/>
          <w:szCs w:val="21"/>
        </w:rPr>
        <w:t>Weigh the cup and lid again; record the mass AFTER.</w:t>
      </w:r>
    </w:p>
    <w:p w14:paraId="5E48F269" w14:textId="77777777" w:rsidR="001F1205" w:rsidRDefault="00000000">
      <w:r>
        <w:rPr>
          <w:rFonts w:cs="Calibri"/>
          <w:b/>
          <w:bCs/>
          <w:szCs w:val="21"/>
        </w:rPr>
        <w:t>4.  SHOW THE ARITHMETIC.</w:t>
      </w:r>
      <w:r>
        <w:rPr>
          <w:rFonts w:cs="Calibri"/>
          <w:szCs w:val="21"/>
        </w:rPr>
        <w:t>In your table show that (mass taken out = the weigh boat reading) + (mass AFTER, still in the cup) = mass BEFORE. The numbers must add up exactly — matter is neither created nor destroyed.</w:t>
      </w:r>
    </w:p>
    <w:p w14:paraId="2F8886F4" w14:textId="77777777" w:rsidR="001F1205" w:rsidRDefault="00000000">
      <w:r>
        <w:rPr>
          <w:rFonts w:cs="Calibri"/>
          <w:b/>
          <w:bCs/>
          <w:szCs w:val="21"/>
        </w:rPr>
        <w:t>5.  REACTION CHECK — BALANCE THE DECOMPOSITION.</w:t>
      </w:r>
      <w:r>
        <w:rPr>
          <w:rFonts w:cs="Calibri"/>
          <w:szCs w:val="21"/>
        </w:rPr>
        <w:t>Sodium bicarbonate decomposes: 2 NaHCO₃ → Na₂CO₃ + H₂O + CO₂. (a) Count the atoms of each element on BOTH sides and write the counts to show the equation is balanced. (b) Show the formula masses balance: 2 × 84.01 = 105.99 + 18.02 + 44.01 (g/mol). (c) If 4.00 g of NaHCO₃ decomposes, find moles = 4.00 ÷ 84.01, then mass of CO₂ released = moles × 44.01 g/mol; write both numbers.</w:t>
      </w:r>
    </w:p>
    <w:p w14:paraId="33257466" w14:textId="5C6838C7" w:rsidR="0028440D" w:rsidRDefault="00000000" w:rsidP="0028440D">
      <w:r>
        <w:rPr>
          <w:rFonts w:cs="Calibri"/>
          <w:b/>
          <w:bCs/>
          <w:szCs w:val="21"/>
        </w:rPr>
        <w:t xml:space="preserve">6.  IDENTIFICATION CHECK — WEIGH </w:t>
      </w:r>
      <w:r w:rsidR="0028440D">
        <w:rPr>
          <w:rFonts w:cs="Calibri"/>
          <w:b/>
          <w:bCs/>
          <w:szCs w:val="21"/>
        </w:rPr>
        <w:t xml:space="preserve">X and </w:t>
      </w:r>
      <w:r>
        <w:rPr>
          <w:rFonts w:cs="Calibri"/>
          <w:b/>
          <w:bCs/>
          <w:szCs w:val="21"/>
        </w:rPr>
        <w:t>Y.</w:t>
      </w:r>
      <w:r w:rsidR="0028440D">
        <w:rPr>
          <w:rFonts w:cs="Calibri"/>
          <w:b/>
          <w:bCs/>
          <w:szCs w:val="21"/>
        </w:rPr>
        <w:t xml:space="preserve"> </w:t>
      </w:r>
      <w:r w:rsidR="0028440D">
        <w:rPr>
          <w:rFonts w:cs="Calibri"/>
          <w:szCs w:val="21"/>
        </w:rPr>
        <w:t>Weigh 10.0 g of Powder X (molar mass 84.01 g/mol) in a tared weigh boat and record the mass.</w:t>
      </w:r>
    </w:p>
    <w:p w14:paraId="23AE0C32" w14:textId="7F7942F5" w:rsidR="001F1205" w:rsidRDefault="00000000">
      <w:r>
        <w:rPr>
          <w:rFonts w:cs="Calibri"/>
          <w:szCs w:val="21"/>
        </w:rPr>
        <w:t>Weigh 10.0 g of Powder Y (molar mass 342.30 g/mol) in a tared weigh boat and record the mass.</w:t>
      </w:r>
    </w:p>
    <w:p w14:paraId="6741BE61" w14:textId="7F2D1B05" w:rsidR="001F1205" w:rsidRDefault="00000000">
      <w:r>
        <w:rPr>
          <w:rFonts w:cs="Calibri"/>
          <w:b/>
          <w:bCs/>
          <w:szCs w:val="21"/>
        </w:rPr>
        <w:lastRenderedPageBreak/>
        <w:t>7</w:t>
      </w:r>
      <w:proofErr w:type="gramStart"/>
      <w:r>
        <w:rPr>
          <w:rFonts w:cs="Calibri"/>
          <w:b/>
          <w:bCs/>
          <w:szCs w:val="21"/>
        </w:rPr>
        <w:t>.  COMPARE</w:t>
      </w:r>
      <w:proofErr w:type="gramEnd"/>
      <w:r>
        <w:rPr>
          <w:rFonts w:cs="Calibri"/>
          <w:b/>
          <w:bCs/>
          <w:szCs w:val="21"/>
        </w:rPr>
        <w:t xml:space="preserve"> THE MOLES.</w:t>
      </w:r>
      <w:r w:rsidR="0028440D">
        <w:rPr>
          <w:rFonts w:cs="Calibri"/>
          <w:b/>
          <w:bCs/>
          <w:szCs w:val="21"/>
        </w:rPr>
        <w:t xml:space="preserve"> </w:t>
      </w:r>
      <w:r>
        <w:rPr>
          <w:rFonts w:cs="Calibri"/>
          <w:szCs w:val="21"/>
        </w:rPr>
        <w:t xml:space="preserve">Convert </w:t>
      </w:r>
      <w:r w:rsidR="0028440D">
        <w:rPr>
          <w:rFonts w:cs="Calibri"/>
          <w:szCs w:val="21"/>
        </w:rPr>
        <w:t xml:space="preserve">X and </w:t>
      </w:r>
      <w:r>
        <w:rPr>
          <w:rFonts w:cs="Calibri"/>
          <w:szCs w:val="21"/>
        </w:rPr>
        <w:t>Y to moles (</w:t>
      </w:r>
      <w:r w:rsidR="0028440D">
        <w:rPr>
          <w:rFonts w:cs="Calibri"/>
          <w:szCs w:val="21"/>
        </w:rPr>
        <w:t>divide mass by molar mass</w:t>
      </w:r>
      <w:r>
        <w:rPr>
          <w:rFonts w:cs="Calibri"/>
          <w:szCs w:val="21"/>
        </w:rPr>
        <w:t xml:space="preserve">) and </w:t>
      </w:r>
      <w:r w:rsidR="0028440D">
        <w:rPr>
          <w:rFonts w:cs="Calibri"/>
          <w:szCs w:val="21"/>
        </w:rPr>
        <w:t>record the values</w:t>
      </w:r>
      <w:r>
        <w:rPr>
          <w:rFonts w:cs="Calibri"/>
          <w:szCs w:val="21"/>
        </w:rPr>
        <w:t xml:space="preserve">. Equal masses of X and Y give different moles because every pure compound has ONE fixed molar mass. </w:t>
      </w:r>
    </w:p>
    <w:p w14:paraId="60316CBF" w14:textId="77777777" w:rsidR="001F1205" w:rsidRDefault="00000000">
      <w:r>
        <w:rPr>
          <w:b/>
          <w:sz w:val="24"/>
        </w:rPr>
        <w:t>Part 6 — Mole Map Summary</w:t>
      </w:r>
      <w:proofErr w:type="gramStart"/>
      <w:r>
        <w:rPr>
          <w:b/>
          <w:sz w:val="24"/>
        </w:rPr>
        <w:t xml:space="preserve">   (</w:t>
      </w:r>
      <w:proofErr w:type="gramEnd"/>
      <w:r>
        <w:rPr>
          <w:b/>
          <w:sz w:val="24"/>
        </w:rPr>
        <w:t>All targets)</w:t>
      </w:r>
    </w:p>
    <w:p w14:paraId="4BDCE1AB" w14:textId="7C477D83" w:rsidR="001F1205" w:rsidRDefault="00000000">
      <w:r>
        <w:t>Complete table showing every conversion used in this assignment: grams ↔ moles ↔ particles and moles ↔ liters at STP, with the conversion factor that makes each one work.</w:t>
      </w:r>
    </w:p>
    <w:tbl>
      <w:tblPr>
        <w:tblStyle w:val="TableGrid"/>
        <w:tblW w:w="0" w:type="auto"/>
        <w:tblLook w:val="04A0" w:firstRow="1" w:lastRow="0" w:firstColumn="1" w:lastColumn="0" w:noHBand="0" w:noVBand="1"/>
      </w:tblPr>
      <w:tblGrid>
        <w:gridCol w:w="1740"/>
        <w:gridCol w:w="1740"/>
        <w:gridCol w:w="1740"/>
        <w:gridCol w:w="1740"/>
        <w:gridCol w:w="1740"/>
        <w:gridCol w:w="1740"/>
      </w:tblGrid>
      <w:tr w:rsidR="001F1205" w14:paraId="4A50424C" w14:textId="77777777">
        <w:tc>
          <w:tcPr>
            <w:tcW w:w="1740" w:type="dxa"/>
          </w:tcPr>
          <w:p w14:paraId="73CA29B2" w14:textId="77777777" w:rsidR="001F1205" w:rsidRDefault="00000000">
            <w:r>
              <w:rPr>
                <w:b/>
                <w:sz w:val="20"/>
              </w:rPr>
              <w:t>Station</w:t>
            </w:r>
          </w:p>
        </w:tc>
        <w:tc>
          <w:tcPr>
            <w:tcW w:w="1740" w:type="dxa"/>
          </w:tcPr>
          <w:p w14:paraId="2DAE83EE" w14:textId="77777777" w:rsidR="001F1205" w:rsidRDefault="00000000">
            <w:r>
              <w:rPr>
                <w:b/>
                <w:sz w:val="20"/>
              </w:rPr>
              <w:t>Substance</w:t>
            </w:r>
          </w:p>
        </w:tc>
        <w:tc>
          <w:tcPr>
            <w:tcW w:w="1740" w:type="dxa"/>
          </w:tcPr>
          <w:p w14:paraId="1B081B74" w14:textId="77777777" w:rsidR="001F1205" w:rsidRDefault="00000000">
            <w:r>
              <w:rPr>
                <w:b/>
                <w:sz w:val="20"/>
              </w:rPr>
              <w:t>Given</w:t>
            </w:r>
          </w:p>
        </w:tc>
        <w:tc>
          <w:tcPr>
            <w:tcW w:w="1740" w:type="dxa"/>
          </w:tcPr>
          <w:p w14:paraId="2111EA63" w14:textId="77777777" w:rsidR="001F1205" w:rsidRDefault="00000000">
            <w:r>
              <w:rPr>
                <w:b/>
                <w:sz w:val="20"/>
              </w:rPr>
              <w:t>Molar mass / factor</w:t>
            </w:r>
          </w:p>
        </w:tc>
        <w:tc>
          <w:tcPr>
            <w:tcW w:w="1740" w:type="dxa"/>
          </w:tcPr>
          <w:p w14:paraId="4759A91D" w14:textId="77777777" w:rsidR="001F1205" w:rsidRDefault="00000000">
            <w:r>
              <w:rPr>
                <w:b/>
                <w:sz w:val="20"/>
              </w:rPr>
              <w:t>Calculation</w:t>
            </w:r>
          </w:p>
        </w:tc>
        <w:tc>
          <w:tcPr>
            <w:tcW w:w="1740" w:type="dxa"/>
          </w:tcPr>
          <w:p w14:paraId="55B98C82" w14:textId="77777777" w:rsidR="001F1205" w:rsidRDefault="00000000">
            <w:r>
              <w:rPr>
                <w:b/>
                <w:sz w:val="20"/>
              </w:rPr>
              <w:t>Result</w:t>
            </w:r>
          </w:p>
        </w:tc>
      </w:tr>
      <w:tr w:rsidR="001F1205" w14:paraId="633DCF1D" w14:textId="77777777">
        <w:tc>
          <w:tcPr>
            <w:tcW w:w="1740" w:type="dxa"/>
          </w:tcPr>
          <w:p w14:paraId="040C4D1B" w14:textId="77777777" w:rsidR="001F1205" w:rsidRDefault="00000000">
            <w:r>
              <w:rPr>
                <w:sz w:val="20"/>
              </w:rPr>
              <w:t>1</w:t>
            </w:r>
          </w:p>
        </w:tc>
        <w:tc>
          <w:tcPr>
            <w:tcW w:w="1740" w:type="dxa"/>
          </w:tcPr>
          <w:p w14:paraId="66F6C312" w14:textId="77777777" w:rsidR="001F1205" w:rsidRDefault="00000000">
            <w:r>
              <w:rPr>
                <w:sz w:val="20"/>
              </w:rPr>
              <w:t>NaCl</w:t>
            </w:r>
          </w:p>
        </w:tc>
        <w:tc>
          <w:tcPr>
            <w:tcW w:w="1740" w:type="dxa"/>
          </w:tcPr>
          <w:p w14:paraId="23A68792" w14:textId="77777777" w:rsidR="001F1205" w:rsidRDefault="00000000">
            <w:r>
              <w:rPr>
                <w:sz w:val="20"/>
              </w:rPr>
              <w:t>25.0 g</w:t>
            </w:r>
          </w:p>
        </w:tc>
        <w:tc>
          <w:tcPr>
            <w:tcW w:w="1740" w:type="dxa"/>
          </w:tcPr>
          <w:p w14:paraId="46ABB372" w14:textId="77777777" w:rsidR="001F1205" w:rsidRDefault="00000000">
            <w:r>
              <w:rPr>
                <w:sz w:val="20"/>
              </w:rPr>
              <w:t>58.44 g/mol</w:t>
            </w:r>
          </w:p>
        </w:tc>
        <w:tc>
          <w:tcPr>
            <w:tcW w:w="1740" w:type="dxa"/>
          </w:tcPr>
          <w:p w14:paraId="558FF48F" w14:textId="77777777" w:rsidR="001F1205" w:rsidRDefault="001F1205"/>
          <w:p w14:paraId="0F6489C6" w14:textId="77777777" w:rsidR="0028440D" w:rsidRDefault="0028440D"/>
          <w:p w14:paraId="440FFA39" w14:textId="77777777" w:rsidR="0028440D" w:rsidRDefault="0028440D"/>
        </w:tc>
        <w:tc>
          <w:tcPr>
            <w:tcW w:w="1740" w:type="dxa"/>
          </w:tcPr>
          <w:p w14:paraId="33FF466F" w14:textId="77777777" w:rsidR="001F1205" w:rsidRDefault="001F1205"/>
        </w:tc>
      </w:tr>
      <w:tr w:rsidR="001F1205" w14:paraId="00BF453F" w14:textId="77777777">
        <w:tc>
          <w:tcPr>
            <w:tcW w:w="1740" w:type="dxa"/>
          </w:tcPr>
          <w:p w14:paraId="553F6D9E" w14:textId="77777777" w:rsidR="001F1205" w:rsidRDefault="00000000">
            <w:r>
              <w:rPr>
                <w:sz w:val="20"/>
              </w:rPr>
              <w:t>2</w:t>
            </w:r>
          </w:p>
        </w:tc>
        <w:tc>
          <w:tcPr>
            <w:tcW w:w="1740" w:type="dxa"/>
          </w:tcPr>
          <w:p w14:paraId="7D5D1751" w14:textId="77777777" w:rsidR="001F1205" w:rsidRDefault="00000000">
            <w:r>
              <w:rPr>
                <w:sz w:val="20"/>
              </w:rPr>
              <w:t>Sucrose (C₁₂H₂₂O₁₁)</w:t>
            </w:r>
          </w:p>
        </w:tc>
        <w:tc>
          <w:tcPr>
            <w:tcW w:w="1740" w:type="dxa"/>
          </w:tcPr>
          <w:p w14:paraId="77548538" w14:textId="77777777" w:rsidR="001F1205" w:rsidRDefault="00000000">
            <w:r>
              <w:rPr>
                <w:sz w:val="20"/>
              </w:rPr>
              <w:t>17.1 g</w:t>
            </w:r>
          </w:p>
        </w:tc>
        <w:tc>
          <w:tcPr>
            <w:tcW w:w="1740" w:type="dxa"/>
          </w:tcPr>
          <w:p w14:paraId="0087ACDC" w14:textId="77777777" w:rsidR="001F1205" w:rsidRDefault="00000000">
            <w:r>
              <w:rPr>
                <w:sz w:val="20"/>
              </w:rPr>
              <w:t>342.30 g/mol; 6.022 × 10²³ /mol</w:t>
            </w:r>
          </w:p>
        </w:tc>
        <w:tc>
          <w:tcPr>
            <w:tcW w:w="1740" w:type="dxa"/>
          </w:tcPr>
          <w:p w14:paraId="487069CF" w14:textId="77777777" w:rsidR="001F1205" w:rsidRDefault="001F1205"/>
          <w:p w14:paraId="315E6B20" w14:textId="77777777" w:rsidR="0028440D" w:rsidRDefault="0028440D"/>
          <w:p w14:paraId="6FFF1C9B" w14:textId="77777777" w:rsidR="0028440D" w:rsidRDefault="0028440D"/>
        </w:tc>
        <w:tc>
          <w:tcPr>
            <w:tcW w:w="1740" w:type="dxa"/>
          </w:tcPr>
          <w:p w14:paraId="28F9585A" w14:textId="77777777" w:rsidR="001F1205" w:rsidRDefault="001F1205"/>
        </w:tc>
      </w:tr>
      <w:tr w:rsidR="001F1205" w14:paraId="42E9BA82" w14:textId="77777777">
        <w:tc>
          <w:tcPr>
            <w:tcW w:w="1740" w:type="dxa"/>
          </w:tcPr>
          <w:p w14:paraId="44D03F7A" w14:textId="77777777" w:rsidR="001F1205" w:rsidRDefault="00000000">
            <w:r>
              <w:rPr>
                <w:sz w:val="20"/>
              </w:rPr>
              <w:t>3</w:t>
            </w:r>
          </w:p>
        </w:tc>
        <w:tc>
          <w:tcPr>
            <w:tcW w:w="1740" w:type="dxa"/>
          </w:tcPr>
          <w:p w14:paraId="04201101" w14:textId="77777777" w:rsidR="001F1205" w:rsidRDefault="00000000">
            <w:r>
              <w:rPr>
                <w:sz w:val="20"/>
              </w:rPr>
              <w:t>Chalk (CaCO₃)</w:t>
            </w:r>
          </w:p>
        </w:tc>
        <w:tc>
          <w:tcPr>
            <w:tcW w:w="1740" w:type="dxa"/>
          </w:tcPr>
          <w:p w14:paraId="5D38FE98" w14:textId="77777777" w:rsidR="001F1205" w:rsidRDefault="00000000">
            <w:r>
              <w:rPr>
                <w:sz w:val="20"/>
              </w:rPr>
              <w:t>0.50 g used</w:t>
            </w:r>
          </w:p>
        </w:tc>
        <w:tc>
          <w:tcPr>
            <w:tcW w:w="1740" w:type="dxa"/>
          </w:tcPr>
          <w:p w14:paraId="6E8C0600" w14:textId="77777777" w:rsidR="001F1205" w:rsidRDefault="00000000">
            <w:r>
              <w:rPr>
                <w:sz w:val="20"/>
              </w:rPr>
              <w:t>100.09 g/mol</w:t>
            </w:r>
          </w:p>
        </w:tc>
        <w:tc>
          <w:tcPr>
            <w:tcW w:w="1740" w:type="dxa"/>
          </w:tcPr>
          <w:p w14:paraId="5B2106AB" w14:textId="77777777" w:rsidR="001F1205" w:rsidRDefault="001F1205"/>
          <w:p w14:paraId="1AE1477A" w14:textId="77777777" w:rsidR="0028440D" w:rsidRDefault="0028440D"/>
          <w:p w14:paraId="0CCF26B7" w14:textId="77777777" w:rsidR="0028440D" w:rsidRDefault="0028440D"/>
        </w:tc>
        <w:tc>
          <w:tcPr>
            <w:tcW w:w="1740" w:type="dxa"/>
          </w:tcPr>
          <w:p w14:paraId="020CDF93" w14:textId="77777777" w:rsidR="001F1205" w:rsidRDefault="001F1205"/>
        </w:tc>
      </w:tr>
      <w:tr w:rsidR="001F1205" w14:paraId="1316069B" w14:textId="77777777">
        <w:tc>
          <w:tcPr>
            <w:tcW w:w="1740" w:type="dxa"/>
          </w:tcPr>
          <w:p w14:paraId="1BA4D83C" w14:textId="3E93EE03" w:rsidR="001F1205" w:rsidRDefault="00000000">
            <w:r>
              <w:rPr>
                <w:sz w:val="20"/>
              </w:rPr>
              <w:t>4</w:t>
            </w:r>
          </w:p>
        </w:tc>
        <w:tc>
          <w:tcPr>
            <w:tcW w:w="1740" w:type="dxa"/>
          </w:tcPr>
          <w:p w14:paraId="1E083976" w14:textId="77777777" w:rsidR="001F1205" w:rsidRDefault="00000000">
            <w:r>
              <w:rPr>
                <w:sz w:val="20"/>
              </w:rPr>
              <w:t>Gas in balloon</w:t>
            </w:r>
          </w:p>
        </w:tc>
        <w:tc>
          <w:tcPr>
            <w:tcW w:w="1740" w:type="dxa"/>
          </w:tcPr>
          <w:p w14:paraId="3C91182B" w14:textId="77777777" w:rsidR="001F1205" w:rsidRDefault="00000000">
            <w:r>
              <w:rPr>
                <w:sz w:val="20"/>
              </w:rPr>
              <w:t>1.25 L at STP</w:t>
            </w:r>
          </w:p>
        </w:tc>
        <w:tc>
          <w:tcPr>
            <w:tcW w:w="1740" w:type="dxa"/>
          </w:tcPr>
          <w:p w14:paraId="2558FB38" w14:textId="77777777" w:rsidR="001F1205" w:rsidRDefault="00000000">
            <w:r>
              <w:rPr>
                <w:sz w:val="20"/>
              </w:rPr>
              <w:t>22.7 L/mol</w:t>
            </w:r>
          </w:p>
        </w:tc>
        <w:tc>
          <w:tcPr>
            <w:tcW w:w="1740" w:type="dxa"/>
          </w:tcPr>
          <w:p w14:paraId="73E632AF" w14:textId="77777777" w:rsidR="001F1205" w:rsidRDefault="001F1205"/>
          <w:p w14:paraId="0A094C52" w14:textId="77777777" w:rsidR="0028440D" w:rsidRDefault="0028440D"/>
          <w:p w14:paraId="61AA65C3" w14:textId="77777777" w:rsidR="0028440D" w:rsidRDefault="0028440D"/>
        </w:tc>
        <w:tc>
          <w:tcPr>
            <w:tcW w:w="1740" w:type="dxa"/>
          </w:tcPr>
          <w:p w14:paraId="610EE28C" w14:textId="77777777" w:rsidR="001F1205" w:rsidRDefault="001F1205"/>
        </w:tc>
      </w:tr>
      <w:tr w:rsidR="001F1205" w14:paraId="3C6E798F" w14:textId="77777777">
        <w:tc>
          <w:tcPr>
            <w:tcW w:w="1740" w:type="dxa"/>
          </w:tcPr>
          <w:p w14:paraId="4F081172" w14:textId="77777777" w:rsidR="001F1205" w:rsidRDefault="00000000">
            <w:r>
              <w:rPr>
                <w:sz w:val="20"/>
              </w:rPr>
              <w:t>5</w:t>
            </w:r>
          </w:p>
        </w:tc>
        <w:tc>
          <w:tcPr>
            <w:tcW w:w="1740" w:type="dxa"/>
          </w:tcPr>
          <w:p w14:paraId="0392118B" w14:textId="77777777" w:rsidR="001F1205" w:rsidRDefault="00000000">
            <w:r>
              <w:rPr>
                <w:sz w:val="20"/>
              </w:rPr>
              <w:t>X = NaHCO₃ ; Y = sucrose</w:t>
            </w:r>
          </w:p>
        </w:tc>
        <w:tc>
          <w:tcPr>
            <w:tcW w:w="1740" w:type="dxa"/>
          </w:tcPr>
          <w:p w14:paraId="15B7ADC8" w14:textId="77777777" w:rsidR="001F1205" w:rsidRDefault="00000000">
            <w:r>
              <w:rPr>
                <w:sz w:val="20"/>
              </w:rPr>
              <w:t>10.0 g each</w:t>
            </w:r>
          </w:p>
        </w:tc>
        <w:tc>
          <w:tcPr>
            <w:tcW w:w="1740" w:type="dxa"/>
          </w:tcPr>
          <w:p w14:paraId="4292928B" w14:textId="77777777" w:rsidR="001F1205" w:rsidRDefault="00000000">
            <w:r>
              <w:rPr>
                <w:sz w:val="20"/>
              </w:rPr>
              <w:t>84.01 / 342.30 g/mol</w:t>
            </w:r>
          </w:p>
        </w:tc>
        <w:tc>
          <w:tcPr>
            <w:tcW w:w="1740" w:type="dxa"/>
          </w:tcPr>
          <w:p w14:paraId="190DCF4E" w14:textId="77777777" w:rsidR="001F1205" w:rsidRDefault="001F1205"/>
          <w:p w14:paraId="5F98646A" w14:textId="77777777" w:rsidR="0028440D" w:rsidRDefault="0028440D"/>
          <w:p w14:paraId="0C0CC3E1" w14:textId="77777777" w:rsidR="0028440D" w:rsidRDefault="0028440D"/>
        </w:tc>
        <w:tc>
          <w:tcPr>
            <w:tcW w:w="1740" w:type="dxa"/>
          </w:tcPr>
          <w:p w14:paraId="60C338FF" w14:textId="77777777" w:rsidR="001F1205" w:rsidRDefault="001F1205"/>
        </w:tc>
      </w:tr>
    </w:tbl>
    <w:p w14:paraId="753A4481" w14:textId="77777777" w:rsidR="001F1205" w:rsidRDefault="001F1205"/>
    <w:tbl>
      <w:tblPr>
        <w:tblStyle w:val="TableGrid"/>
        <w:tblW w:w="0" w:type="auto"/>
        <w:tblLook w:val="04A0" w:firstRow="1" w:lastRow="0" w:firstColumn="1" w:lastColumn="0" w:noHBand="0" w:noVBand="1"/>
      </w:tblPr>
      <w:tblGrid>
        <w:gridCol w:w="3480"/>
        <w:gridCol w:w="3480"/>
      </w:tblGrid>
      <w:tr w:rsidR="0028440D" w14:paraId="4A924682" w14:textId="77777777">
        <w:tc>
          <w:tcPr>
            <w:tcW w:w="3480" w:type="dxa"/>
          </w:tcPr>
          <w:p w14:paraId="5762F5BC" w14:textId="77777777" w:rsidR="0028440D" w:rsidRDefault="0028440D">
            <w:r>
              <w:rPr>
                <w:b/>
              </w:rPr>
              <w:t>Conversion</w:t>
            </w:r>
          </w:p>
        </w:tc>
        <w:tc>
          <w:tcPr>
            <w:tcW w:w="3480" w:type="dxa"/>
          </w:tcPr>
          <w:p w14:paraId="0603604E" w14:textId="3B84474B" w:rsidR="0028440D" w:rsidRDefault="0028440D">
            <w:r>
              <w:rPr>
                <w:b/>
              </w:rPr>
              <w:t>Station(s) Used</w:t>
            </w:r>
          </w:p>
        </w:tc>
      </w:tr>
      <w:tr w:rsidR="0028440D" w14:paraId="2BA4A4CC" w14:textId="77777777">
        <w:tc>
          <w:tcPr>
            <w:tcW w:w="3480" w:type="dxa"/>
          </w:tcPr>
          <w:p w14:paraId="68A7CF94" w14:textId="77777777" w:rsidR="0028440D" w:rsidRDefault="0028440D">
            <w:r>
              <w:t>Grams → Moles</w:t>
            </w:r>
          </w:p>
        </w:tc>
        <w:tc>
          <w:tcPr>
            <w:tcW w:w="3480" w:type="dxa"/>
          </w:tcPr>
          <w:p w14:paraId="2B2E55F7" w14:textId="5291FBF1" w:rsidR="0028440D" w:rsidRDefault="0028440D"/>
        </w:tc>
      </w:tr>
      <w:tr w:rsidR="0028440D" w14:paraId="6D9F3AF5" w14:textId="77777777">
        <w:tc>
          <w:tcPr>
            <w:tcW w:w="3480" w:type="dxa"/>
          </w:tcPr>
          <w:p w14:paraId="6652E532" w14:textId="77777777" w:rsidR="0028440D" w:rsidRDefault="0028440D">
            <w:r>
              <w:t>Moles → Particles</w:t>
            </w:r>
          </w:p>
        </w:tc>
        <w:tc>
          <w:tcPr>
            <w:tcW w:w="3480" w:type="dxa"/>
          </w:tcPr>
          <w:p w14:paraId="61113EB3" w14:textId="289B942F" w:rsidR="0028440D" w:rsidRDefault="0028440D"/>
        </w:tc>
      </w:tr>
      <w:tr w:rsidR="0028440D" w14:paraId="6FEBD792" w14:textId="77777777">
        <w:tc>
          <w:tcPr>
            <w:tcW w:w="3480" w:type="dxa"/>
          </w:tcPr>
          <w:p w14:paraId="10A5B25B" w14:textId="77777777" w:rsidR="0028440D" w:rsidRDefault="0028440D">
            <w:r>
              <w:t>Particles → Moles</w:t>
            </w:r>
          </w:p>
        </w:tc>
        <w:tc>
          <w:tcPr>
            <w:tcW w:w="3480" w:type="dxa"/>
          </w:tcPr>
          <w:p w14:paraId="13383F94" w14:textId="605852AD" w:rsidR="0028440D" w:rsidRDefault="0028440D"/>
        </w:tc>
      </w:tr>
      <w:tr w:rsidR="0028440D" w14:paraId="009D8485" w14:textId="77777777">
        <w:tc>
          <w:tcPr>
            <w:tcW w:w="3480" w:type="dxa"/>
          </w:tcPr>
          <w:p w14:paraId="45B9EED4" w14:textId="77777777" w:rsidR="0028440D" w:rsidRDefault="0028440D">
            <w:r>
              <w:t>Liters at STP → Moles</w:t>
            </w:r>
          </w:p>
        </w:tc>
        <w:tc>
          <w:tcPr>
            <w:tcW w:w="3480" w:type="dxa"/>
          </w:tcPr>
          <w:p w14:paraId="311B5520" w14:textId="37689748" w:rsidR="0028440D" w:rsidRDefault="0028440D"/>
        </w:tc>
      </w:tr>
      <w:tr w:rsidR="0028440D" w14:paraId="09CAE379" w14:textId="77777777">
        <w:tc>
          <w:tcPr>
            <w:tcW w:w="3480" w:type="dxa"/>
          </w:tcPr>
          <w:p w14:paraId="35F19844" w14:textId="77777777" w:rsidR="0028440D" w:rsidRDefault="0028440D">
            <w:r>
              <w:t>Grams → Particles (multi-step)</w:t>
            </w:r>
          </w:p>
        </w:tc>
        <w:tc>
          <w:tcPr>
            <w:tcW w:w="3480" w:type="dxa"/>
          </w:tcPr>
          <w:p w14:paraId="7CA2BA1D" w14:textId="243346DC" w:rsidR="0028440D" w:rsidRDefault="0028440D"/>
        </w:tc>
      </w:tr>
    </w:tbl>
    <w:p w14:paraId="47855307" w14:textId="77777777" w:rsidR="001F1205" w:rsidRDefault="001F1205"/>
    <w:p w14:paraId="51D005A7" w14:textId="77777777" w:rsidR="0028440D" w:rsidRDefault="0028440D">
      <w:pPr>
        <w:rPr>
          <w:b/>
          <w:sz w:val="24"/>
        </w:rPr>
      </w:pPr>
    </w:p>
    <w:p w14:paraId="217561EB" w14:textId="77777777" w:rsidR="0028440D" w:rsidRDefault="0028440D">
      <w:pPr>
        <w:rPr>
          <w:b/>
          <w:sz w:val="24"/>
        </w:rPr>
      </w:pPr>
    </w:p>
    <w:p w14:paraId="29D3CF92" w14:textId="77777777" w:rsidR="001F1205" w:rsidRDefault="001F1205"/>
    <w:sectPr w:rsidR="001F1205"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33120612">
    <w:abstractNumId w:val="8"/>
  </w:num>
  <w:num w:numId="2" w16cid:durableId="648091661">
    <w:abstractNumId w:val="6"/>
  </w:num>
  <w:num w:numId="3" w16cid:durableId="1883637376">
    <w:abstractNumId w:val="5"/>
  </w:num>
  <w:num w:numId="4" w16cid:durableId="542444624">
    <w:abstractNumId w:val="4"/>
  </w:num>
  <w:num w:numId="5" w16cid:durableId="769813042">
    <w:abstractNumId w:val="7"/>
  </w:num>
  <w:num w:numId="6" w16cid:durableId="1671827813">
    <w:abstractNumId w:val="3"/>
  </w:num>
  <w:num w:numId="7" w16cid:durableId="200556069">
    <w:abstractNumId w:val="2"/>
  </w:num>
  <w:num w:numId="8" w16cid:durableId="566454288">
    <w:abstractNumId w:val="1"/>
  </w:num>
  <w:num w:numId="9" w16cid:durableId="826629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1205"/>
    <w:rsid w:val="0028440D"/>
    <w:rsid w:val="0029639D"/>
    <w:rsid w:val="00326F90"/>
    <w:rsid w:val="008C2D32"/>
    <w:rsid w:val="00A539B4"/>
    <w:rsid w:val="00AA1D8D"/>
    <w:rsid w:val="00B47730"/>
    <w:rsid w:val="00BF785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2E99F9"/>
  <w14:defaultImageDpi w14:val="300"/>
  <w15:docId w15:val="{593C034F-B056-429B-A361-4B1709A8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3</cp:revision>
  <dcterms:created xsi:type="dcterms:W3CDTF">2013-12-23T23:15:00Z</dcterms:created>
  <dcterms:modified xsi:type="dcterms:W3CDTF">2026-09-16T13:20:00Z</dcterms:modified>
  <cp:category/>
</cp:coreProperties>
</file>